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עברית לעולים חדשים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בזבוז מזון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הגורמים לבזבוז מזון ואת תוצאותיו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דרכים לצמצום בזבוז מזון בבית ובחנויות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מיזוג מידע משני מאמרים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הנקרא - בחירה מרובה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כל מזון שהיה ראוי לאכילה אבל נזרק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משפחות צעירות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יש להשתמש עד - קשור לבריאות, מומלץ לשימוש עד - קשור לטעם ואיכות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ג – המראה שלהם אינו מושלם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מוכרים בזול או תורמים לעמותות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בזבוז קורה בכל השלבים: בשדה, במפעל, בחנות, במסעדה ובבית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כתוב בפסקה ד במאמר 1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תאריך זה מתייחס לטעם ולאיכות, ולרוב אפשר לאכול אחריו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כך כתוב בפסקה ו במאמר 1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כך כתוב בפסקה ד במאמר 2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ראוי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צעירות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יש להשתמש עד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קרוטונים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ארגונים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בין הסיבה לדוגמה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ה (קונים יותר ממה שצריך)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(נשאר אוכל שבסוף נזרק)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(ירקות שמתקלקלים מהר מחוץ למקרר)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(מתייחס לטעם ולאיכות, לא לבריאות)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ד (קונים יותר מזון מהצורך)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הצעדים הנכונים לצמצום בזבוז מזון בבית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לכתוב רשימת קניות ולבדוק מה יש כבר במקרר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להקפיא מזון שלא ייאכל בקרוב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לבשל משאריות, למשל להכין קרוטונים מלחם ישן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לשים בחזית המקרר מוצרים עם תאריך קרוב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קצרה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הבעיה היא בזבוז מזון רב בכל שלבי הדרך מהשדה ועד הבית. דוגמה ממאמר 1: קנייה בלי תכנון. דוגמה ממאמר 2: אי הבנה של תאריכי האריזה.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הגדרה מדויקת לפי פסקה א במאמר 1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סיבה ודרך רלוונטית מתוך המאמרים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הבדל בין 'יש להשתמש עד' ל'מומלץ לשימוש עד'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לקרוא את שני המאמרים בקול לפני תחילת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לעבור על חלק ה-match בעל פה לפני העבודה העצמאית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בחלק הפתוח כדאי להזכיר לתלמידים לציין מקור (מאמר 1 / מאמר 2) בכתיבתם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עברית לעולים חדשים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בזבוז מזון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זה נתרגל את התוכן של שני המאמרים על בזבוז מזון: הגורמים לבעיה, התוצאות שלה והדרכים לצמצם אותה.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הנקרא - בחירה מרובה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מהו בזבוז מזון לפי מאמר 1?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כל מזון שהיה ראוי לאכילה אבל נזרק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כל מזון שנשאר בצלחת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מזון שמתקלקל בשדה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מזון שנמכר במחיר נמוך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לפי המחקר במאמר 1, מי זורק יותר מזון?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משפחות מבוגרות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משפחות צעירות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כולם זורקים אותו דבר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אין מידע כזה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ההבדל בין שני סוגי התאריכים שמוזכרים במאמר 2?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אין הבדל ביניהם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יש להשתמש עד - קשור לבריאות, מומלץ לשימוש עד - קשור לטעם ואיכות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שניהם קשורים לבריאות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שניהם קשורים לטעם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לפי מאמר 2, למה פירות וירקות 'לא יפים' לא מגיעים למדף?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הם אינם בריאים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הם יקרים מדי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המראה שלהם אינו מושלם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הם מתקלקלים מהר יותר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עושים חלק מהעסקים עם מזון שנשאר בסוף היום?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זורקים אותו תמיד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מוכרים בזול או תורמים לעמותות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מקפיאים אותו לשנה שלמה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מחזירים אותו לספק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לפי מאמר 1, בזבוז מזון קורה רק בבית.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מזון שנרקב באתרי פסולת משחרר גזים שמזיקים לאוויר.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לפי מאמר 2, כל מוצר עם 'מומלץ לשימוש עד' אסור לאכילה אחרי התאריך.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יש מדינות שבהן חוק מחייב רשתות שיווק לתרום מזון שלא נמכר.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לפי מאמר 2, הקפאה היא דרך טובה לשמור מזון לזמן רב.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בזבוז מזון הוא כל מזון שהיה __________ לאכילה אבל נזרק.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משפחות __________ זורקות יותר מזון ממשפחות מבוגרות.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תאריך '__________' מתייחס בעיקר לבריאות.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מהלחם הישן אפשר להכין __________ או פשטידה.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__________ אוספים מזון מחנויות ומחלקים אותו למשפחות שזקוקות לו.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בין הסיבה לדוגמה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קנייה בלי רשימה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נשאר אוכל שבסוף נזרק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בישול כמויות גדולות מדי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ירקות שמתקלקלים מהר מחוץ למקרר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שמירה לא נכונה של מזון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מתייחס לטעם ולאיכות, לא לבריאות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תאריך 'מומלץ לשימוש עד'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קונים יותר מזון מהצורך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מבצע '1+1' בסופרמרקט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קונים יותר ממה שצריך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סדרו את הצעדים הנכונים לצמצום בזבוז מזון בבית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להקפיא מזון שלא ייאכל בקרוב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לכתוב רשימת קניות ולבדוק מה יש כבר במקרר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לבשל משאריות, למשל להכין קרוטונים מלחם ישן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לשים בחזית המקרר מוצרים עם תאריך קרוב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קצרה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הסבירו במילים שלכם מהי הבעיה המרכזית שמתוארת בשני המאמרים, ותנו דוגמה אחת מכל מאמר.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מהו בזבוז מזון?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ציינו סיבה אחת לבזבוז מזון וגם דרך אחת לצמצם אותה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שני סוגי התאריכים שמופיעים על אריזות מזון?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בזבוז מזון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