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בזבוז מזון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הגורמים לבזבוז מזון ואת תוצאותיו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לצמצום בזבוז מזון בבית ובחנויות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מיזוג מידע משני 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מזון שהיה ראוי לאכילה אבל נזרק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משפחות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להשתמש עד - קשור לבריאות, מומלץ לשימוש עד - קשור לטעם ואיכות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המראה שלהם אינו מושלם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מוכרים בזול או תורמים לעמותות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בזבוז קורה בכל השלבים: בשדה, במפעל, בחנות, במסעדה ובבית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ד במאמר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תאריך זה מתייחס לטעם ולאיכות, ולרוב אפשר לאכול אחריו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בפסקה ו במאמר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בפסקה ד במאמר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להשתמש 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קרוטונים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ארגונים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הסיבה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(קונים יותר ממה שצריך)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(נשאר אוכל שבסוף נזרק)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(ירקות שמתקלקלים מהר מחוץ למקרר)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(מתייחס לטעם ולאיכות, לא לבריאות)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(קונים יותר מזון מהצורך)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 לצמצום בזבוז מזון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רשימת קניות ולבדוק מה יש כבר במקרר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להקפיא מזון שלא ייאכל בקרוב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לבשל משאריות, למשל להכין קרוטונים מלחם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 בחזית המקרר מוצרים עם תאריך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הבעיה היא בזבוז מזון רב בכל שלבי הדרך מהשדה ועד הבית. דוגמה ממאמר 1: קנייה בלי תכנון. דוגמה ממאמר 2: אי הבנה של תאריכי האריזה.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מדויקת לפי פסקה א במאמר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סיבה ודרך רלוונטית מתוך המאמרים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בין 'יש להשתמש עד' ל'מומלץ לשימוש עד'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שני המאמרים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ה-match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להזכיר לתלמידים לציין מקור (מאמר 1 / מאמר 2) בכתיבתם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בזבוז מזון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אוכל שנזרק לפח. נבין למה זה קורה ומה אפשר לעשות כדי שזה יקרה פחות.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בזבוז מזון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טוב שזורקים לפח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ראוי לאכילה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לאכול אותו, הוא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להקפיא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במקפיא כדי לשמור לזמן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עמותה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שעוזר לאנשים, למשל נותן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יש להשתמש 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תאריך שחשוב לבריאות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מומלץ לשימוש 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תאריך שמתייחס לטעם ולאיכות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תכנון קניות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מראש מה צריך לקנות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 ממזג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שמחבר מידע משני מאמרים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בזבוז 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מזון שהיה ראוי לאכילה אבל 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מזון שנשאר בצלחת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מזון שמתקלקל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מזון שנמכר במחיר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זורק יותר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משפחות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משפחות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זורקים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מידע כזה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שני התאריכים על האריזה?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להשתמש עד - קשור לבריאות, מומלץ לשימוש עד - קשור לטעם ואיכות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קשורים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קשורים לטעם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ירקות לא יפים לא נמכרים?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אינם בריאים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יקרים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המראה שלהם אינו מושלם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מתקלקלים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עם אוכל שנשאר בחנות בערב?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זורקים אותו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מוכרים בזול או תורמים לעמותות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מקפיאים אותו לשנה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מחזירים אותו לספק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בזבוז מזון קורה רק בבית.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מזון שנרקב באתרי פסולת משחרר גזים שמזיקים לאוויר.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כל מוצר עם 'מומלץ לשימוש עד' אסור לאכילה אחרי התאריך.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מדינות שבהן חוק מחייב רשתות שיווק לתרום מזון שלא נמכר.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הקפאה היא דרך טובה לשמור מזון לזמן 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בזבוז מזון הוא כל מזון שהיה __________ לאכילה אבל נזרק.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משפחות __________ זורקות יותר מזון ממשפחות מבוגרות.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תאריך '__________' מתייחס בעיקר לבריאות.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מהלחם הישן אפשר להכין __________ או פשטידה.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אוספים מזון מחנויות ומחלקים אותו למשפחות שזקוקות 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הסיבה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קנייה בלי 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מתייחס לטעם ולאיכות, לא לבריאות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בישול כמויות גדולות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ירקות שמתקלקלים מהר מחוץ למקרר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שמירה לא נכונה של מזון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קונים יותר מזון מהצורך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תאריך 'מומלץ לשימוש עד'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קונים יותר ממה שצריך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מבצע '1+1' בסופרמרקט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נשאר אוכל שבסוף נזרק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הנכונים לצמצום בזבוז מזון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להקפיא מזון שלא ייאכל בקרוב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רשימת קניות ולבדוק מה יש כבר במקרר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בחזית המקרר מוצרים עם תאריך קרוב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לבשל משאריות, למשל להכין קרוטונים מלחם ישן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הבעיה המרכזית שמתוארת בשני המאמרים, ותנו דוגמה אחת מכל מאמר.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בזבוז מזון?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סיבה אחת לבזבוז מזון וגם דרך אחת לצמצם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שני סוגי התאריכים שמופיעים על אריזות מזון?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בזבוז מזון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