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בזבוז מזון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הגורמים לבזבוז מזון ואת תוצאותיו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לצמצום בזבוז מזון בבית ובחנויות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מיזוג מידע משני מאמרים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כל מזון שהיה ראוי לאכילה אבל נזרק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יש להשתמש עד - קשור לבריאות, מומלץ לשימוש עד - קשור לטעם ואיכות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בזבוז קורה בכל השלבים: בשדה, במפעל, בחנות, במסעדה ובבית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בפסקה ד במאמר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בפסקה ו במאמר 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להשתמש עד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הסיבה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(קונים יותר ממה שצריך)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(נשאר אוכל שבסוף נזרק)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(ירקות שמתקלקלים מהר מחוץ למקרר)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(מתייחס לטעם ולאיכות, לא לבריאות)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הצעדים הנכונים לצמצום בזבוז מזון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לכתוב רשימת קניות ולבדוק מה יש כבר במקרר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להקפיא מזון שלא ייאכל בקרוב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לבשל משאריות, למשל להכין קרוטונים מלחם ישן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לשים בחזית המקרר מוצרים עם תאריך קרוב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הבעיה היא בזבוז מזון רב בכל שלבי הדרך מהשדה ועד הבית. דוגמה ממאמר 1: קנייה בלי תכנון. דוגמה ממאמר 2: אי הבנה של תאריכי האריזה.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מדויקת לפי פסקה א במאמר 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סיבה ודרך רלוונטית מתוך המאמרים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בין 'יש להשתמש עד' ל'מומלץ לשימוש עד'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שני המאמרים בקול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ה-match בעל פה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להזכיר לתלמידים לציין מקור (מאמר 1 / מאמר 2) בכתיבתם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בזבוז מזון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התוכן של שני המאמרים על בזבוז מזון: הגורמים לבעיה, התוצאות שלה והדרכים לצמצם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יש להשתמש עד  ·  ראוי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בזבוז מזון לפי מאמר 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כל מזון שהיה ראוי לאכילה אבל נזרק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 מזון שנשאר בצלחת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מזון שמתקלקל בשדה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ההבדל בין שני סוגי התאריכים שמוזכרים במאמר 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יש להשתמש עד - קשור לבריאות, מומלץ לשימוש עד - קשור לטעם ואיכות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שניהם קשורים לבריאות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מאמר 1, בזבוז מזון קורה רק בבית.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מזון שנרקב באתרי פסולת משחרר גזים שמזיקים לאוויר.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מדינות שבהן חוק מחייב רשתות שיווק לתרום מזון שלא נמכר.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בזבוז מזון הוא כל מזון שהיה __________ לאכילה אבל נזרק.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תאריך '__________' מתייחס בעיקר לבריאות.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הסיבה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קנייה בלי רשימה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נשאר אוכל שבסוף נזרק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בישול כמויות גדולות מדי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קונים יותר ממה שצריך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שמירה לא נכונה של מזון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מתייחס לטעם ולאיכות, לא לבריאות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תאריך 'מומלץ לשימוש עד'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ירקות שמתקלקלים מהר מחוץ למקרר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הצעדים הנכונים לצמצום בזבוז מזון בבית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לבשל משאריות, למשל להכין קרוטונים מלחם ישן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לשים בחזית המקרר מוצרים עם תאריך קרוב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רשימת קניות ולבדוק מה יש כבר במקרר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להקפיא מזון שלא ייאכל בקרוב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מהי הבעיה המרכזית שמתוארת בשני המאמרים, ותנו דוגמה אחת מכל מאמר.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בזבוז מזון?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סיבה אחת לבזבוז מזון וגם דרך אחת לצמצם אותה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בזבוז מזון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